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Odvolanie proti rozhodnutiu o invalidnom dôchodku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 pri prvostupňovom rozhodnutí Sociálnej poisťovne o invalidnom dôchodku. Lekársky posudok namietajte v odvolaní proti rozhodnutiu o dávke. Po rozhodnutí o odvolaní už tento vzor nie je ďalším odvolaním; zvážte správnu žalobu a právnu pomoc.</w:t>
      </w:r>
    </w:p>
    <w:p>
      <w:pPr>
        <w:spacing w:after="100"/>
      </w:pPr>
      <w:r>
        <w:rPr>
          <w:b/>
        </w:rPr>
        <w:t>Pri dôchodkovej dávke je základná lehota 30 dní od doručenia rozhodnutia. Skontrolujte poučenie a svoj dátum doručenia.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Doplňte identifikačné údaje, číslo rozhodnutia, dátum vydania a skutočný dátum doručenia. Presne určte napadnutý výrok alebo jeho časť.</w:t>
      </w:r>
    </w:p>
    <w:p>
      <w:pPr>
        <w:spacing w:after="100"/>
      </w:pPr>
      <w:r>
        <w:rPr>
          <w:b w:val="0"/>
        </w:rPr>
        <w:t>2. Opíšte konkrétnu chybu a jej význam pre nárok, percentá, dátum vzniku invalidity alebo výpočet. Pri zdravotných námietkach uveďte aj funkčné obmedzenia a lekárske dôkazy. Nevymýšľajte diagnózy ani percentá.</w:t>
      </w:r>
    </w:p>
    <w:p>
      <w:pPr>
        <w:spacing w:after="100"/>
      </w:pPr>
      <w:r>
        <w:rPr>
          <w:b w:val="0"/>
        </w:rPr>
        <w:t>3. Priložte označené dôkazy, podpíšte podanie a uschovajte potvrdenie o podaní. Písomné odvolanie možno podať poštou alebo osobne ktorejkoľvek organizačnej zložke Sociálnej poisťovne. Elektronické podanie vybavte predpísaným autorizovaným spôsobom.</w:t>
      </w:r>
    </w:p>
    <w:p>
      <w:pPr>
        <w:spacing w:after="100"/>
      </w:pPr>
      <w:r>
        <w:rPr>
          <w:b w:val="0"/>
        </w:rPr>
        <w:t>4. Pri dôchodkovej dávke odvolanie nemá odkladný účinok. Ak žiadate podklady pred uplynutím lehoty, overte osobitný postup podľa § 215 ods. 9; samostatný vzor je na webe.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Zákon č. 461/2003 Z. z. najmä § 196 a § 215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Sociálna poisťovňa o odvolaní a jeho doplnení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Sociálna poisťovňa</w:t>
        <w:br/>
        <w:t>[adresa z rozhodnutia alebo zvolenej organizačnej zložky]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Odvolanie proti rozhodnutiu o invalidnom dôchodku</w:t>
      </w:r>
    </w:p>
    <w:p>
      <w:pPr>
        <w:spacing w:after="140"/>
      </w:pPr>
      <w:r>
        <w:rPr>
          <w:b w:val="0"/>
        </w:rPr>
        <w:t>Podávam odvolanie proti rozhodnutiu Sociálnej poisťovne číslo [číslo] zo dňa [dátum], doručenému dňa [dátum], vo veci môjho invalidného dôchodku. Napádam ho v rozsahu [presne označte výrok alebo jeho časť].</w:t>
      </w:r>
    </w:p>
    <w:p>
      <w:pPr>
        <w:spacing w:after="140"/>
      </w:pPr>
      <w:r>
        <w:rPr>
          <w:b w:val="0"/>
        </w:rPr>
        <w:t>S rozhodnutím nesúhlasím z týchto dôvodov:</w:t>
      </w:r>
    </w:p>
    <w:p>
      <w:pPr>
        <w:spacing w:after="140"/>
      </w:pPr>
      <w:r>
        <w:rPr>
          <w:b w:val="0"/>
        </w:rPr>
        <w:t>1. [Uveďte konkrétne zistenie alebo výpočet, s ktorým nesúhlasíte, a vysvetlite prečo.]</w:t>
      </w:r>
    </w:p>
    <w:p>
      <w:pPr>
        <w:spacing w:after="140"/>
      </w:pPr>
      <w:r>
        <w:rPr>
          <w:b w:val="0"/>
        </w:rPr>
        <w:t>2. [Opíšte podstatné skutočnosti a ich vplyv na nárok. Pri zdravotnom stave uveďte konkrétne funkčné obmedzenia a čas, ktorého sa týkajú.]</w:t>
      </w:r>
    </w:p>
    <w:p>
      <w:pPr>
        <w:spacing w:after="140"/>
      </w:pPr>
      <w:r>
        <w:rPr>
          <w:b w:val="0"/>
        </w:rPr>
        <w:t>Na preukázanie svojich námietok navrhujem zhodnotiť [označenie lekárskych správ, dokladov o poistení alebo iných dôkazov, ich dátumy a význam].</w:t>
      </w:r>
    </w:p>
    <w:p>
      <w:pPr>
        <w:spacing w:after="140"/>
      </w:pPr>
      <w:r>
        <w:rPr>
          <w:b w:val="0"/>
        </w:rPr>
        <w:t>Navrhujem, aby bolo rozhodnutie po doplnení dokazovania zmenené takto: [uveďte požadovaný výsledok]. Ak podmienky na zmenu nie sú splnené, žiadam jeho zrušenie a nové prejednanie veci.</w:t>
      </w:r>
    </w:p>
    <w:p>
      <w:pPr>
        <w:spacing w:after="140"/>
      </w:pPr>
      <w:r>
        <w:rPr>
          <w:b w:val="0"/>
        </w:rPr>
        <w:t>Žiadam, aby sa odvolací orgán vysporiadal s uvedenými námietkami a navrhnutými dôkazmi.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2003/461/20260901.html" TargetMode="External"/><Relationship Id="rId10" Type="http://schemas.openxmlformats.org/officeDocument/2006/relationships/hyperlink" Target="https://www.socpoist.sk/socialne-poistenie/dochodkove-poistenie/vseobecne-informacie/opravne-prostriedky-dochod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rozhodnutiu o invalidnom dôchodku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