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Doplnenie odvolania vo veci invalidného dôchodku</w:t>
      </w:r>
    </w:p>
    <w:p>
      <w:pPr>
        <w:spacing w:after="100"/>
      </w:pPr>
      <w:r>
        <w:rPr>
          <w:b/>
        </w:rPr>
        <w:t>Pokyny k pomocnému vzoru redakcie</w:t>
      </w:r>
    </w:p>
    <w:p>
      <w:pPr>
        <w:spacing w:after="100"/>
      </w:pPr>
      <w:r>
        <w:rPr>
          <w:b w:val="0"/>
        </w:rPr>
        <w:t>Použite, ak odvolanie už bolo podané a konanie ešte prebieha. Označte pôvodné odvolanie a nové skutočnosti. Ak konanie skončilo, overte ďalší opravný postup.</w:t>
      </w:r>
    </w:p>
    <w:p>
      <w:pPr>
        <w:spacing w:after="100"/>
      </w:pPr>
      <w:r>
        <w:rPr>
          <w:b/>
        </w:rPr>
        <w:t>Doplnenie nenahrádza včasné podanie odvolania a samo neotvára novú lehotu. Rešpektujte výzvy orgánu.</w:t>
      </w:r>
    </w:p>
    <w:p>
      <w:pPr>
        <w:pStyle w:val="Heading1"/>
      </w:pPr>
      <w:r>
        <w:t>Ako vzor použiť</w:t>
      </w:r>
    </w:p>
    <w:p>
      <w:pPr>
        <w:spacing w:after="100"/>
      </w:pPr>
      <w:r>
        <w:rPr>
          <w:b w:val="0"/>
        </w:rPr>
        <w:t>1. Uveďte číslo rozhodnutia, deň podania pôvodného odvolania a spisovú značku, ak ju poznáte.</w:t>
      </w:r>
    </w:p>
    <w:p>
      <w:pPr>
        <w:spacing w:after="100"/>
      </w:pPr>
      <w:r>
        <w:rPr>
          <w:b w:val="0"/>
        </w:rPr>
        <w:t>2. Každú novú správu alebo doklad pomenujte, uveďte dátum a vysvetlite, ktorú námietku preukazuje. Rozlišujte doklad o stave relevantnom pre rozhodnutie a zhoršenie, ktoré nastalo až neskôr.</w:t>
      </w:r>
    </w:p>
    <w:p>
      <w:pPr>
        <w:spacing w:after="100"/>
      </w:pPr>
      <w:r>
        <w:rPr>
          <w:b w:val="0"/>
        </w:rPr>
        <w:t>3. Doplnenie pošlite orgánu, ktorý odvolanie aktuálne vybavuje; vychádzajte z jeho posledného oznámenia. Podanie podpíšte a uchovajte potvrdenie.</w:t>
      </w:r>
    </w:p>
    <w:p>
      <w:pPr>
        <w:spacing w:after="100"/>
      </w:pPr>
      <w:r>
        <w:rPr>
          <w:b w:val="0"/>
        </w:rPr>
        <w:t>4. Pri neskoršom zhoršení zdravotného stavu môže byť potrebná samostatná žiadosť o prehodnotenie invalidity.</w:t>
      </w:r>
    </w:p>
    <w:p>
      <w:pPr>
        <w:spacing w:after="100"/>
      </w:pPr>
      <w:r>
        <w:rPr>
          <w:b/>
        </w:rPr>
        <w:t>Pred podaním odstráňte túto stranu s pokynmi. Na ďalšej strane vyplňte údaje v hranatých zátvorkách, odstráňte nepoužité možnosti a podanie podpíšte.</w:t>
      </w:r>
    </w:p>
    <w:p>
      <w:pPr>
        <w:pStyle w:val="Heading1"/>
      </w:pPr>
      <w:r>
        <w:t>Overené podklady</w:t>
      </w:r>
    </w:p>
    <w:p>
      <w:pPr>
        <w:spacing w:after="60"/>
      </w:pPr>
      <w:hyperlink r:id="rId9">
        <w:r>
          <w:rPr>
            <w:color w:val="000000"/>
            <w:u w:val="single"/>
          </w:rPr>
          <w:t>Zákon č. 461/2003 Z. z. najmä § 196 a § 215</w:t>
        </w:r>
      </w:hyperlink>
    </w:p>
    <w:p>
      <w:pPr>
        <w:spacing w:after="60"/>
      </w:pPr>
      <w:hyperlink r:id="rId10">
        <w:r>
          <w:rPr>
            <w:color w:val="000000"/>
            <w:u w:val="single"/>
          </w:rPr>
          <w:t>Sociálna poisťovňa o odvolaní a jeho doplnení</w:t>
        </w:r>
      </w:hyperlink>
    </w:p>
    <w:p>
      <w:pPr>
        <w:spacing w:after="0"/>
      </w:pPr>
      <w:r>
        <w:rPr>
          <w:b w:val="0"/>
          <w:sz w:val="20"/>
        </w:rPr>
        <w:t>Podklady skontrolované 6. 10. 2026. Pred použitím overte zmeny právnych predpisov a poučenie v rozhodnutí. Vzor nie je úradným tlačivom ani individuálnym právnym poradenstvom a nezaručuje úspech.</w:t>
      </w:r>
    </w:p>
    <w:p>
      <w:r>
        <w:br w:type="page"/>
      </w:r>
    </w:p>
    <w:p>
      <w:pPr>
        <w:spacing w:after="200"/>
      </w:pPr>
      <w:r>
        <w:rPr>
          <w:b w:val="0"/>
        </w:rPr>
        <w:t>[Meno a priezvisko účastníka konania]</w:t>
        <w:br/>
        <w:t>[Adresa]</w:t>
        <w:br/>
        <w:t>[Dátum narodenia alebo iný identifikátor podľa požiadaviek orgánu]</w:t>
      </w:r>
    </w:p>
    <w:p>
      <w:pPr>
        <w:spacing w:after="200"/>
      </w:pPr>
      <w:r>
        <w:rPr>
          <w:b w:val="0"/>
        </w:rPr>
        <w:t>Sociálna poisťovňa</w:t>
        <w:br/>
        <w:t>[organizačná zložka a adresa podľa posledného oznámenia v odvolacom konaní]</w:t>
      </w:r>
    </w:p>
    <w:p>
      <w:pPr>
        <w:spacing w:after="200"/>
      </w:pPr>
      <w:r>
        <w:rPr>
          <w:b w:val="0"/>
        </w:rPr>
        <w:t>V [miesto], dňa [dátum]</w:t>
      </w:r>
    </w:p>
    <w:p>
      <w:pPr>
        <w:pStyle w:val="Title"/>
      </w:pPr>
      <w:r>
        <w:t>Doplnenie odvolania vo veci invalidného dôchodku</w:t>
      </w:r>
    </w:p>
    <w:p>
      <w:pPr>
        <w:spacing w:after="140"/>
      </w:pPr>
      <w:r>
        <w:rPr>
          <w:b w:val="0"/>
        </w:rPr>
        <w:t>Dopĺňam odvolanie podané dňa [dátum] proti rozhodnutiu Sociálnej poisťovne číslo [číslo] zo dňa [dátum] vo veci invalidného dôchodku. Spisová značka odvolacieho konania je [ak je známa].</w:t>
      </w:r>
    </w:p>
    <w:p>
      <w:pPr>
        <w:spacing w:after="140"/>
      </w:pPr>
      <w:r>
        <w:rPr>
          <w:b w:val="0"/>
        </w:rPr>
        <w:t>Doplnenie sa týka tejto námietky: [označte konkrétnu námietku pôvodného odvolania].</w:t>
      </w:r>
    </w:p>
    <w:p>
      <w:pPr>
        <w:spacing w:after="140"/>
      </w:pPr>
      <w:r>
        <w:rPr>
          <w:b w:val="0"/>
        </w:rPr>
        <w:t>Predkladám nový podklad [názov dokladu, autor a dátum]. Tento podklad preukazuje [konkrétnu skutočnosť] za obdobie [uveďte obdobie, ktorého sa dôkaz týka].</w:t>
      </w:r>
    </w:p>
    <w:p>
      <w:pPr>
        <w:spacing w:after="140"/>
      </w:pPr>
      <w:r>
        <w:rPr>
          <w:b w:val="0"/>
        </w:rPr>
        <w:t>Význam pre rozhodnutie vysvetľujem takto: [spojte obsah dôkazu s nárokom, zdravotným posúdením alebo výpočtom].</w:t>
      </w:r>
    </w:p>
    <w:p>
      <w:pPr>
        <w:spacing w:after="140"/>
      </w:pPr>
      <w:r>
        <w:rPr>
          <w:b w:val="0"/>
        </w:rPr>
        <w:t>Žiadam o založenie príloh do spisu a o ich zohľadnenie pri rozhodovaní o mojom odvolaní. Na návrhu uvedenom v odvolaní trvám, prípadne ho spresňujem takto: [doplňte podľa potreby].</w:t>
      </w:r>
    </w:p>
    <w:p>
      <w:pPr>
        <w:spacing w:after="60"/>
      </w:pPr>
      <w:r>
        <w:rPr>
          <w:b/>
        </w:rPr>
        <w:t>Prílohy</w:t>
      </w:r>
    </w:p>
    <w:p>
      <w:pPr>
        <w:spacing w:after="240"/>
      </w:pPr>
      <w:r>
        <w:rPr>
          <w:b w:val="0"/>
        </w:rPr>
        <w:t>[Zoznam skutočne priložených dôkazov a ďalších dokladov]</w:t>
        <w:br/>
        <w:t>[Pri zastupovaní doklad o oprávnení, ak je potrebný]</w:t>
      </w:r>
    </w:p>
    <w:p>
      <w:pPr>
        <w:spacing w:after="0"/>
      </w:pPr>
      <w:r>
        <w:rPr>
          <w:b w:val="0"/>
        </w:rPr>
        <w:t>[Vlastnoručný podpis alebo riadna elektronická autorizácia]</w:t>
        <w:br/>
        <w:t>[Meno podpisujúcej osoby a jej postavenie, ak koná ako zástupca]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120" w:line="252" w:lineRule="auto"/>
    </w:pPr>
    <w:rPr>
      <w:rFonts w:ascii="Arial" w:hAnsi="Arial"/>
      <w:color w:val="000000"/>
      <w:sz w:val="22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4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static.slov-lex.sk/static/SK/ZZ/2003/461/20260901.html" TargetMode="External"/><Relationship Id="rId10" Type="http://schemas.openxmlformats.org/officeDocument/2006/relationships/hyperlink" Target="https://www.socpoist.sk/socialne-poistenie/dochodkove-poistenie/vseobecne-informacie/opravne-prostriedky-dochodk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Doplnenie odvolania vo veci invalidného dôchodku</dc:title>
  <dc:subject>Pomocný redakčný vzor s pokynmi a oficiálnymi zdrojmi</dc:subject>
  <dc:creator>Redakcia portálu</dc:creator>
  <cp:keywords>invalidný dôchodok, ŤZP, pomocný vzor</cp:keywords>
  <dc:description>generated by python-docx</dc:description>
  <cp:lastModifiedBy>Redakcia portálu</cp:lastModifiedBy>
  <cp:revision>1</cp:revision>
  <dcterms:created xsi:type="dcterms:W3CDTF">2013-12-23T23:15:00Z</dcterms:created>
  <dcterms:modified xsi:type="dcterms:W3CDTF">2013-12-23T23:15:00Z</dcterms:modified>
  <cp:category/>
</cp:coreProperties>
</file>